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3593" w14:textId="77777777" w:rsidR="000C1043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4E274650" wp14:editId="53C136F7">
            <wp:extent cx="3337560" cy="764314"/>
            <wp:effectExtent l="0" t="0" r="0" b="0"/>
            <wp:docPr id="2" name="image1.png" descr="Maroon Heritage Hall Theatre logo, established 2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oon Heritage Hall Theatre logo, established 2005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7643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F104CB" w14:textId="77777777" w:rsidR="000C1043" w:rsidRDefault="00000000">
      <w:pPr>
        <w:spacing w:after="0"/>
        <w:jc w:val="center"/>
      </w:pPr>
      <w:r>
        <w:rPr>
          <w:b/>
          <w:bCs/>
          <w:smallCaps/>
          <w:color w:val="7A1022"/>
          <w:sz w:val="18"/>
          <w:szCs w:val="18"/>
        </w:rPr>
        <w:t>COOK–MOUNT INITIATIVE</w:t>
      </w:r>
    </w:p>
    <w:p w14:paraId="2651C906" w14:textId="77777777" w:rsidR="000C1043" w:rsidRDefault="00000000">
      <w:pPr>
        <w:pBdr>
          <w:bottom w:val="single" w:sz="14" w:space="4" w:color="C79A2B"/>
        </w:pBdr>
        <w:jc w:val="center"/>
      </w:pPr>
      <w:r>
        <w:rPr>
          <w:b/>
          <w:bCs/>
          <w:sz w:val="35"/>
          <w:szCs w:val="35"/>
        </w:rPr>
        <w:t>Voice Lesson Scholarship Application</w:t>
      </w:r>
    </w:p>
    <w:p w14:paraId="2A99A686" w14:textId="77777777" w:rsidR="000C1043" w:rsidRDefault="00000000">
      <w:pPr>
        <w:pStyle w:val="Heading1"/>
        <w:pBdr>
          <w:bottom w:val="single" w:sz="10" w:space="2" w:color="C79A2B"/>
        </w:pBdr>
        <w:spacing w:before="80" w:after="60"/>
        <w:rPr>
          <w:sz w:val="25"/>
          <w:szCs w:val="25"/>
        </w:rPr>
      </w:pPr>
      <w:r>
        <w:rPr>
          <w:smallCaps/>
          <w:sz w:val="25"/>
          <w:szCs w:val="25"/>
        </w:rPr>
        <w:t>PROGRAM OVERVIEW</w:t>
      </w:r>
    </w:p>
    <w:tbl>
      <w:tblPr>
        <w:tblStyle w:val="a"/>
        <w:tblW w:w="10656" w:type="dxa"/>
        <w:jc w:val="center"/>
        <w:tblLayout w:type="fixed"/>
        <w:tblLook w:val="0400" w:firstRow="0" w:lastRow="0" w:firstColumn="0" w:lastColumn="0" w:noHBand="0" w:noVBand="1"/>
      </w:tblPr>
      <w:tblGrid>
        <w:gridCol w:w="10656"/>
      </w:tblGrid>
      <w:tr w:rsidR="000C1043" w14:paraId="14CD954D" w14:textId="77777777">
        <w:trPr>
          <w:jc w:val="center"/>
        </w:trPr>
        <w:tc>
          <w:tcPr>
            <w:tcW w:w="10656" w:type="dxa"/>
            <w:tcBorders>
              <w:top w:val="single" w:sz="5" w:space="0" w:color="DED7D3"/>
              <w:left w:val="single" w:sz="20" w:space="0" w:color="7A1022"/>
              <w:bottom w:val="single" w:sz="5" w:space="0" w:color="DED7D3"/>
              <w:right w:val="single" w:sz="5" w:space="0" w:color="DED7D3"/>
            </w:tcBorders>
            <w:shd w:val="clear" w:color="auto" w:fill="F7F3F1"/>
            <w:tcMar>
              <w:top w:w="85" w:type="dxa"/>
              <w:left w:w="130" w:type="dxa"/>
              <w:bottom w:w="75" w:type="dxa"/>
              <w:right w:w="130" w:type="dxa"/>
            </w:tcMar>
          </w:tcPr>
          <w:p w14:paraId="6396371F" w14:textId="40A5B637" w:rsidR="000C1043" w:rsidRDefault="00000000">
            <w:pPr>
              <w:spacing w:after="0" w:line="252" w:lineRule="auto"/>
              <w:rPr>
                <w:sz w:val="25"/>
                <w:szCs w:val="25"/>
              </w:rPr>
            </w:pPr>
            <w:r>
              <w:rPr>
                <w:sz w:val="23"/>
                <w:szCs w:val="23"/>
              </w:rPr>
              <w:t xml:space="preserve">The Cook–Mount Initiative (CMI) provides voice training for high school students, including homeschooled students. Selected students receive weekly lessons from a professional voice teacher at no cost for up to </w:t>
            </w:r>
            <w:r w:rsidR="0027653E">
              <w:rPr>
                <w:sz w:val="23"/>
                <w:szCs w:val="23"/>
              </w:rPr>
              <w:t>one year</w:t>
            </w:r>
            <w:r>
              <w:rPr>
                <w:sz w:val="23"/>
                <w:szCs w:val="23"/>
              </w:rPr>
              <w:t>. Students are responsible for transportation and regular attendance. A student who misses two or more lessons will be removed from the program.</w:t>
            </w:r>
          </w:p>
        </w:tc>
      </w:tr>
    </w:tbl>
    <w:p w14:paraId="2DE57A2C" w14:textId="77777777" w:rsidR="000C1043" w:rsidRDefault="00000000">
      <w:pPr>
        <w:pStyle w:val="Heading1"/>
        <w:pBdr>
          <w:bottom w:val="single" w:sz="10" w:space="2" w:color="C79A2B"/>
        </w:pBdr>
        <w:spacing w:before="80" w:after="60"/>
        <w:rPr>
          <w:sz w:val="25"/>
          <w:szCs w:val="25"/>
        </w:rPr>
      </w:pPr>
      <w:r>
        <w:rPr>
          <w:smallCaps/>
          <w:sz w:val="25"/>
          <w:szCs w:val="25"/>
        </w:rPr>
        <w:t>APPLICANT INFORMATION</w:t>
      </w:r>
    </w:p>
    <w:tbl>
      <w:tblPr>
        <w:tblStyle w:val="a0"/>
        <w:tblW w:w="10635" w:type="dxa"/>
        <w:jc w:val="center"/>
        <w:tblLayout w:type="fixed"/>
        <w:tblLook w:val="0400" w:firstRow="0" w:lastRow="0" w:firstColumn="0" w:lastColumn="0" w:noHBand="0" w:noVBand="1"/>
      </w:tblPr>
      <w:tblGrid>
        <w:gridCol w:w="1975"/>
        <w:gridCol w:w="5135"/>
        <w:gridCol w:w="630"/>
        <w:gridCol w:w="810"/>
        <w:gridCol w:w="810"/>
        <w:gridCol w:w="1275"/>
      </w:tblGrid>
      <w:tr w:rsidR="007718E4" w:rsidRPr="007718E4" w14:paraId="55078CED" w14:textId="77777777" w:rsidTr="007718E4">
        <w:trPr>
          <w:trHeight w:val="418"/>
          <w:jc w:val="center"/>
        </w:trPr>
        <w:tc>
          <w:tcPr>
            <w:tcW w:w="1975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578CC399" w14:textId="77777777" w:rsidR="007718E4" w:rsidRPr="007718E4" w:rsidRDefault="007718E4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Applicant name</w:t>
            </w:r>
          </w:p>
        </w:tc>
        <w:tc>
          <w:tcPr>
            <w:tcW w:w="8660" w:type="dxa"/>
            <w:gridSpan w:val="5"/>
            <w:tcBorders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45EDF61D" w14:textId="637B4B3C" w:rsidR="007718E4" w:rsidRPr="007718E4" w:rsidRDefault="007718E4">
            <w:pPr>
              <w:spacing w:after="0"/>
              <w:rPr>
                <w:sz w:val="22"/>
                <w:szCs w:val="22"/>
              </w:rPr>
            </w:pPr>
          </w:p>
        </w:tc>
      </w:tr>
      <w:tr w:rsidR="000C1043" w:rsidRPr="007718E4" w14:paraId="4F87A426" w14:textId="77777777" w:rsidTr="007718E4">
        <w:trPr>
          <w:trHeight w:val="418"/>
          <w:jc w:val="center"/>
        </w:trPr>
        <w:tc>
          <w:tcPr>
            <w:tcW w:w="1975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1DB64A80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Address</w:t>
            </w:r>
          </w:p>
        </w:tc>
        <w:tc>
          <w:tcPr>
            <w:tcW w:w="866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7554C147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2EB8243D" w14:textId="77777777" w:rsidTr="007718E4">
        <w:trPr>
          <w:trHeight w:val="418"/>
          <w:jc w:val="center"/>
        </w:trPr>
        <w:tc>
          <w:tcPr>
            <w:tcW w:w="1975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21B11A40" w14:textId="016C0AF8" w:rsidR="000C1043" w:rsidRPr="007718E4" w:rsidRDefault="007718E4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Applicant Contact number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2248D7ED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5F906E4C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Age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42E43339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478DF4D6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Grade</w:t>
            </w:r>
          </w:p>
        </w:tc>
        <w:tc>
          <w:tcPr>
            <w:tcW w:w="1275" w:type="dxa"/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2BF69B7F" w14:textId="414352F6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  <w:r w:rsidR="007718E4" w:rsidRPr="007718E4">
              <w:rPr>
                <w:sz w:val="22"/>
                <w:szCs w:val="22"/>
              </w:rPr>
              <w:t>________</w:t>
            </w:r>
          </w:p>
        </w:tc>
      </w:tr>
      <w:tr w:rsidR="000C1043" w:rsidRPr="007718E4" w14:paraId="0B6A3E04" w14:textId="77777777" w:rsidTr="007718E4">
        <w:trPr>
          <w:trHeight w:val="418"/>
          <w:jc w:val="center"/>
        </w:trPr>
        <w:tc>
          <w:tcPr>
            <w:tcW w:w="1975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69530E7A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Parent/Guardian</w:t>
            </w:r>
          </w:p>
        </w:tc>
        <w:tc>
          <w:tcPr>
            <w:tcW w:w="8660" w:type="dxa"/>
            <w:gridSpan w:val="5"/>
            <w:tcBorders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325F41C0" w14:textId="53334332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7718E4" w:rsidRPr="007718E4" w14:paraId="64E43954" w14:textId="77777777" w:rsidTr="007718E4">
        <w:trPr>
          <w:trHeight w:val="418"/>
          <w:jc w:val="center"/>
        </w:trPr>
        <w:tc>
          <w:tcPr>
            <w:tcW w:w="1975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51466CFC" w14:textId="77495448" w:rsidR="007718E4" w:rsidRPr="007718E4" w:rsidRDefault="007718E4">
            <w:pPr>
              <w:spacing w:after="0"/>
              <w:rPr>
                <w:b/>
                <w:bCs/>
                <w:color w:val="7A1022"/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Parent/Guardian Contact number</w:t>
            </w:r>
          </w:p>
        </w:tc>
        <w:tc>
          <w:tcPr>
            <w:tcW w:w="866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15CFEDD8" w14:textId="77777777" w:rsidR="007718E4" w:rsidRPr="007718E4" w:rsidRDefault="007718E4">
            <w:pPr>
              <w:spacing w:after="0"/>
              <w:rPr>
                <w:sz w:val="22"/>
                <w:szCs w:val="22"/>
              </w:rPr>
            </w:pPr>
          </w:p>
        </w:tc>
      </w:tr>
    </w:tbl>
    <w:p w14:paraId="05D9DC13" w14:textId="77777777" w:rsidR="000C1043" w:rsidRDefault="00000000">
      <w:pPr>
        <w:pStyle w:val="Heading1"/>
        <w:pBdr>
          <w:bottom w:val="single" w:sz="10" w:space="2" w:color="C79A2B"/>
        </w:pBdr>
        <w:spacing w:before="80" w:after="60"/>
        <w:rPr>
          <w:sz w:val="25"/>
          <w:szCs w:val="25"/>
        </w:rPr>
      </w:pPr>
      <w:r>
        <w:rPr>
          <w:smallCaps/>
          <w:sz w:val="25"/>
          <w:szCs w:val="25"/>
        </w:rPr>
        <w:t>APPLICANT RESPONSES</w:t>
      </w:r>
    </w:p>
    <w:p w14:paraId="11DC765C" w14:textId="77777777" w:rsidR="000C1043" w:rsidRPr="007718E4" w:rsidRDefault="00000000">
      <w:pPr>
        <w:keepNext/>
        <w:spacing w:before="40" w:after="40"/>
        <w:rPr>
          <w:sz w:val="22"/>
          <w:szCs w:val="22"/>
        </w:rPr>
      </w:pPr>
      <w:r>
        <w:rPr>
          <w:b/>
          <w:bCs/>
          <w:sz w:val="24"/>
          <w:szCs w:val="24"/>
        </w:rPr>
        <w:t>1</w:t>
      </w:r>
      <w:r w:rsidRPr="007718E4">
        <w:rPr>
          <w:b/>
          <w:bCs/>
          <w:sz w:val="22"/>
          <w:szCs w:val="22"/>
        </w:rPr>
        <w:t xml:space="preserve">. Why are you interested in receiving voice lessons? </w:t>
      </w:r>
      <w:r w:rsidRPr="007718E4">
        <w:rPr>
          <w:i/>
          <w:iCs/>
          <w:color w:val="6B6460"/>
          <w:sz w:val="22"/>
          <w:szCs w:val="22"/>
        </w:rPr>
        <w:t>Share what you hope to learn or accomplish.</w:t>
      </w:r>
    </w:p>
    <w:tbl>
      <w:tblPr>
        <w:tblStyle w:val="a1"/>
        <w:tblW w:w="10656" w:type="dxa"/>
        <w:jc w:val="center"/>
        <w:tblLayout w:type="fixed"/>
        <w:tblLook w:val="0400" w:firstRow="0" w:lastRow="0" w:firstColumn="0" w:lastColumn="0" w:noHBand="0" w:noVBand="1"/>
      </w:tblPr>
      <w:tblGrid>
        <w:gridCol w:w="10656"/>
      </w:tblGrid>
      <w:tr w:rsidR="000C1043" w:rsidRPr="007718E4" w14:paraId="34C082FD" w14:textId="77777777">
        <w:trPr>
          <w:trHeight w:val="353"/>
          <w:jc w:val="center"/>
        </w:trPr>
        <w:tc>
          <w:tcPr>
            <w:tcW w:w="10656" w:type="dxa"/>
            <w:tcBorders>
              <w:top w:val="single" w:sz="7" w:space="0" w:color="AFA8A3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51B55667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0B6AE5EE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586DE805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675E558C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1F039455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363114E3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7" w:space="0" w:color="AFA8A3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2904BF71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</w:tbl>
    <w:p w14:paraId="13FB2335" w14:textId="77777777" w:rsidR="000C1043" w:rsidRPr="007718E4" w:rsidRDefault="00000000">
      <w:pPr>
        <w:keepNext/>
        <w:spacing w:before="40" w:after="40"/>
        <w:rPr>
          <w:sz w:val="22"/>
          <w:szCs w:val="22"/>
        </w:rPr>
      </w:pPr>
      <w:r w:rsidRPr="007718E4">
        <w:rPr>
          <w:b/>
          <w:bCs/>
          <w:sz w:val="22"/>
          <w:szCs w:val="22"/>
        </w:rPr>
        <w:t xml:space="preserve">2. Describe your singing experience. </w:t>
      </w:r>
      <w:r w:rsidRPr="007718E4">
        <w:rPr>
          <w:i/>
          <w:iCs/>
          <w:color w:val="6B6460"/>
          <w:sz w:val="22"/>
          <w:szCs w:val="22"/>
        </w:rPr>
        <w:t>Include lessons, chorus, church choir, performances, or other musical activities.</w:t>
      </w:r>
    </w:p>
    <w:tbl>
      <w:tblPr>
        <w:tblStyle w:val="a2"/>
        <w:tblW w:w="10656" w:type="dxa"/>
        <w:jc w:val="center"/>
        <w:tblLayout w:type="fixed"/>
        <w:tblLook w:val="0400" w:firstRow="0" w:lastRow="0" w:firstColumn="0" w:lastColumn="0" w:noHBand="0" w:noVBand="1"/>
      </w:tblPr>
      <w:tblGrid>
        <w:gridCol w:w="10656"/>
      </w:tblGrid>
      <w:tr w:rsidR="000C1043" w:rsidRPr="007718E4" w14:paraId="37D508CE" w14:textId="77777777">
        <w:trPr>
          <w:trHeight w:val="353"/>
          <w:jc w:val="center"/>
        </w:trPr>
        <w:tc>
          <w:tcPr>
            <w:tcW w:w="10656" w:type="dxa"/>
            <w:tcBorders>
              <w:top w:val="single" w:sz="7" w:space="0" w:color="AFA8A3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24825A75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0B72CACF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02BF9990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6AB7DAB5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4DDB2218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180D084D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7" w:space="0" w:color="AFA8A3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2A4E472B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</w:tbl>
    <w:p w14:paraId="470436FB" w14:textId="77777777" w:rsidR="000C1043" w:rsidRDefault="00000000">
      <w:pPr>
        <w:pStyle w:val="Heading1"/>
        <w:pBdr>
          <w:bottom w:val="single" w:sz="10" w:space="2" w:color="C79A2B"/>
        </w:pBdr>
        <w:spacing w:before="80" w:after="60"/>
        <w:rPr>
          <w:sz w:val="25"/>
          <w:szCs w:val="25"/>
        </w:rPr>
      </w:pPr>
      <w:r>
        <w:rPr>
          <w:smallCaps/>
          <w:sz w:val="25"/>
          <w:szCs w:val="25"/>
        </w:rPr>
        <w:t>RECOMMENDATION</w:t>
      </w:r>
    </w:p>
    <w:p w14:paraId="35A9CCEC" w14:textId="77777777" w:rsidR="000C1043" w:rsidRDefault="00000000">
      <w:r>
        <w:t>I understand that my child is applying for free voice lessons through Heritage Hall Theatre’s Cook-Mount Initiative Scholarship.  I understand that, if selected, I am responsible for ensuring my child has reliable transportation to these lessons. I understand that if my child misses two or more lessons, they will be removed from the program.</w:t>
      </w:r>
    </w:p>
    <w:tbl>
      <w:tblPr>
        <w:tblStyle w:val="a0"/>
        <w:tblW w:w="10635" w:type="dxa"/>
        <w:jc w:val="center"/>
        <w:tblLayout w:type="fixed"/>
        <w:tblLook w:val="0400" w:firstRow="0" w:lastRow="0" w:firstColumn="0" w:lastColumn="0" w:noHBand="0" w:noVBand="1"/>
      </w:tblPr>
      <w:tblGrid>
        <w:gridCol w:w="2700"/>
        <w:gridCol w:w="7935"/>
      </w:tblGrid>
      <w:tr w:rsidR="007718E4" w14:paraId="1F7FF7C9" w14:textId="77777777" w:rsidTr="007718E4">
        <w:trPr>
          <w:trHeight w:val="418"/>
          <w:jc w:val="center"/>
        </w:trPr>
        <w:tc>
          <w:tcPr>
            <w:tcW w:w="2700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1505EA3C" w14:textId="33D00D37" w:rsidR="007718E4" w:rsidRPr="007718E4" w:rsidRDefault="007718E4" w:rsidP="008C6DDF">
            <w:pPr>
              <w:spacing w:after="0"/>
              <w:rPr>
                <w:b/>
                <w:bCs/>
                <w:color w:val="7A1022"/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Parent/Guardian Signature</w:t>
            </w:r>
          </w:p>
        </w:tc>
        <w:tc>
          <w:tcPr>
            <w:tcW w:w="7935" w:type="dxa"/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1EF7B24D" w14:textId="0F0719FE" w:rsidR="007718E4" w:rsidRDefault="007718E4" w:rsidP="008C6DD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</w:t>
            </w:r>
            <w:r w:rsidR="005C05D4">
              <w:rPr>
                <w:sz w:val="24"/>
                <w:szCs w:val="24"/>
              </w:rPr>
              <w:t>_</w:t>
            </w:r>
          </w:p>
        </w:tc>
      </w:tr>
    </w:tbl>
    <w:tbl>
      <w:tblPr>
        <w:tblStyle w:val="a3"/>
        <w:tblW w:w="10656" w:type="dxa"/>
        <w:jc w:val="center"/>
        <w:tblLayout w:type="fixed"/>
        <w:tblLook w:val="0400" w:firstRow="0" w:lastRow="0" w:firstColumn="0" w:lastColumn="0" w:noHBand="0" w:noVBand="1"/>
      </w:tblPr>
      <w:tblGrid>
        <w:gridCol w:w="2160"/>
        <w:gridCol w:w="8496"/>
      </w:tblGrid>
      <w:tr w:rsidR="005C05D4" w14:paraId="44B03B5D" w14:textId="77777777" w:rsidTr="008C6DDF">
        <w:trPr>
          <w:trHeight w:val="432"/>
          <w:jc w:val="center"/>
        </w:trPr>
        <w:tc>
          <w:tcPr>
            <w:tcW w:w="2160" w:type="dxa"/>
          </w:tcPr>
          <w:p w14:paraId="7C70E99C" w14:textId="77777777" w:rsidR="005C05D4" w:rsidRPr="007718E4" w:rsidRDefault="005C05D4" w:rsidP="008C6DDF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Recommended by</w:t>
            </w:r>
          </w:p>
        </w:tc>
        <w:tc>
          <w:tcPr>
            <w:tcW w:w="8496" w:type="dxa"/>
            <w:tcBorders>
              <w:top w:val="nil"/>
              <w:left w:val="nil"/>
              <w:right w:val="nil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12BF01AE" w14:textId="05C26E1E" w:rsidR="005C05D4" w:rsidRPr="007718E4" w:rsidRDefault="005C05D4" w:rsidP="008C6DDF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>____________________________________________________________________________</w:t>
            </w:r>
          </w:p>
        </w:tc>
      </w:tr>
      <w:tr w:rsidR="005C05D4" w14:paraId="7DB43782" w14:textId="77777777" w:rsidTr="008C6DDF">
        <w:trPr>
          <w:jc w:val="center"/>
        </w:trPr>
        <w:tc>
          <w:tcPr>
            <w:tcW w:w="10656" w:type="dxa"/>
            <w:gridSpan w:val="2"/>
            <w:tcBorders>
              <w:top w:val="single" w:sz="5" w:space="0" w:color="DED7D3"/>
              <w:left w:val="single" w:sz="5" w:space="0" w:color="DED7D3"/>
              <w:bottom w:val="single" w:sz="5" w:space="0" w:color="DED7D3"/>
              <w:right w:val="single" w:sz="5" w:space="0" w:color="DED7D3"/>
            </w:tcBorders>
            <w:shd w:val="clear" w:color="auto" w:fill="F7F3F1"/>
            <w:tcMar>
              <w:top w:w="65" w:type="dxa"/>
              <w:left w:w="110" w:type="dxa"/>
              <w:bottom w:w="60" w:type="dxa"/>
              <w:right w:w="110" w:type="dxa"/>
            </w:tcMar>
          </w:tcPr>
          <w:p w14:paraId="37E23FBE" w14:textId="3C7C5994" w:rsidR="005C05D4" w:rsidRDefault="005C05D4" w:rsidP="008C6DDF">
            <w:pPr>
              <w:spacing w:after="0"/>
            </w:pPr>
            <w:r>
              <w:rPr>
                <w:b/>
                <w:bCs/>
                <w:color w:val="7A1022"/>
                <w:sz w:val="16"/>
                <w:szCs w:val="16"/>
              </w:rPr>
              <w:t xml:space="preserve">PLEASE </w:t>
            </w:r>
            <w:proofErr w:type="gramStart"/>
            <w:r>
              <w:rPr>
                <w:b/>
                <w:bCs/>
                <w:color w:val="7A1022"/>
                <w:sz w:val="16"/>
                <w:szCs w:val="16"/>
              </w:rPr>
              <w:t xml:space="preserve">NOTE  </w:t>
            </w:r>
            <w:r w:rsidR="00AF607F" w:rsidRPr="00AF607F">
              <w:rPr>
                <w:color w:val="auto"/>
                <w:sz w:val="16"/>
                <w:szCs w:val="16"/>
              </w:rPr>
              <w:t>Submit</w:t>
            </w:r>
            <w:proofErr w:type="gramEnd"/>
            <w:r w:rsidR="00AF607F" w:rsidRPr="00AF607F">
              <w:rPr>
                <w:color w:val="auto"/>
                <w:sz w:val="16"/>
                <w:szCs w:val="16"/>
              </w:rPr>
              <w:t xml:space="preserve"> application via recommender directly to the CMI Committee</w:t>
            </w:r>
            <w:r w:rsidR="00AF607F">
              <w:rPr>
                <w:color w:val="auto"/>
                <w:sz w:val="16"/>
                <w:szCs w:val="16"/>
              </w:rPr>
              <w:t xml:space="preserve"> for review</w:t>
            </w:r>
            <w:r>
              <w:rPr>
                <w:sz w:val="16"/>
                <w:szCs w:val="16"/>
              </w:rPr>
              <w:t>. Applicants will be notified if selected.</w:t>
            </w:r>
          </w:p>
        </w:tc>
      </w:tr>
    </w:tbl>
    <w:p w14:paraId="6D15E7F7" w14:textId="77777777" w:rsidR="005C05D4" w:rsidRDefault="005C05D4" w:rsidP="007718E4"/>
    <w:sectPr w:rsidR="005C05D4">
      <w:footerReference w:type="default" r:id="rId9"/>
      <w:pgSz w:w="12240" w:h="15840"/>
      <w:pgMar w:top="605" w:right="792" w:bottom="605" w:left="792" w:header="360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AB4EB" w14:textId="77777777" w:rsidR="00B26F3F" w:rsidRDefault="00B26F3F">
      <w:pPr>
        <w:spacing w:after="0"/>
      </w:pPr>
      <w:r>
        <w:separator/>
      </w:r>
    </w:p>
  </w:endnote>
  <w:endnote w:type="continuationSeparator" w:id="0">
    <w:p w14:paraId="044A471E" w14:textId="77777777" w:rsidR="00B26F3F" w:rsidRDefault="00B26F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670E574-5CAA-4A19-AAB8-E037FCE9845C}"/>
    <w:embedBold r:id="rId2" w:fontKey="{AB0A12F6-12DF-4B8E-940F-04730AF083F7}"/>
    <w:embedItalic r:id="rId3" w:fontKey="{13F2090C-BDD4-41E7-8F07-9BCC1882D7F8}"/>
    <w:embedBoldItalic r:id="rId4" w:fontKey="{6A011A4A-5FFC-45B1-88A1-FE75C1E710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7D2A2DB-F5D9-4247-818B-B2386891E3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92771" w14:textId="77777777" w:rsidR="000C1043" w:rsidRDefault="00000000">
    <w:pPr>
      <w:pBdr>
        <w:top w:val="nil"/>
        <w:left w:val="nil"/>
        <w:bottom w:val="single" w:sz="4" w:space="4" w:color="D8D2CE"/>
        <w:right w:val="nil"/>
        <w:between w:val="nil"/>
      </w:pBdr>
      <w:tabs>
        <w:tab w:val="center" w:pos="4680"/>
        <w:tab w:val="right" w:pos="9360"/>
      </w:tabs>
      <w:spacing w:before="40" w:after="0"/>
      <w:jc w:val="center"/>
    </w:pPr>
    <w:r>
      <w:rPr>
        <w:b/>
        <w:bCs/>
        <w:smallCaps/>
        <w:color w:val="6B6460"/>
        <w:sz w:val="15"/>
        <w:szCs w:val="15"/>
      </w:rPr>
      <w:t xml:space="preserve">COOK–MOUNT </w:t>
    </w:r>
    <w:proofErr w:type="gramStart"/>
    <w:r>
      <w:rPr>
        <w:b/>
        <w:bCs/>
        <w:smallCaps/>
        <w:color w:val="6B6460"/>
        <w:sz w:val="15"/>
        <w:szCs w:val="15"/>
      </w:rPr>
      <w:t>INITIATIVE  •</w:t>
    </w:r>
    <w:proofErr w:type="gramEnd"/>
    <w:r>
      <w:rPr>
        <w:b/>
        <w:bCs/>
        <w:smallCaps/>
        <w:color w:val="6B6460"/>
        <w:sz w:val="15"/>
        <w:szCs w:val="15"/>
      </w:rPr>
      <w:t xml:space="preserve">  HERITAGE HALL THEATRE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21C26" w14:textId="77777777" w:rsidR="00B26F3F" w:rsidRDefault="00B26F3F">
      <w:pPr>
        <w:spacing w:after="0"/>
      </w:pPr>
      <w:r>
        <w:separator/>
      </w:r>
    </w:p>
  </w:footnote>
  <w:footnote w:type="continuationSeparator" w:id="0">
    <w:p w14:paraId="73008704" w14:textId="77777777" w:rsidR="00B26F3F" w:rsidRDefault="00B26F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C2C8E"/>
    <w:multiLevelType w:val="multilevel"/>
    <w:tmpl w:val="1AB2A6F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1541767">
    <w:abstractNumId w:val="0"/>
  </w:num>
  <w:num w:numId="2" w16cid:durableId="53298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2241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1027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9568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2802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043"/>
    <w:rsid w:val="000319EF"/>
    <w:rsid w:val="000C1043"/>
    <w:rsid w:val="002179BF"/>
    <w:rsid w:val="0027653E"/>
    <w:rsid w:val="002F6D56"/>
    <w:rsid w:val="005C05D4"/>
    <w:rsid w:val="007718E4"/>
    <w:rsid w:val="00AF607F"/>
    <w:rsid w:val="00B26F3F"/>
    <w:rsid w:val="00B5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F70D7"/>
  <w15:docId w15:val="{9BA825E2-65F4-4B6B-A9E9-E32B0DDF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31F20"/>
        <w:sz w:val="19"/>
        <w:szCs w:val="19"/>
        <w:lang w:val="en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b/>
      <w:bCs/>
      <w:color w:val="7A1022"/>
      <w:sz w:val="21"/>
      <w:szCs w:val="2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/>
    </w:pPr>
    <w:rPr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GbJKpC0a3doJ4eaI/at6PCHpJA==">CgMxLjA4AHIhMTc4MXZvOXJnd3owdHJoQnBCQVg3M1A5V2hRRFJCZXhQ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Cook–Mount Initiative</dc:creator>
  <cp:lastModifiedBy>K J</cp:lastModifiedBy>
  <cp:revision>7</cp:revision>
  <dcterms:created xsi:type="dcterms:W3CDTF">2026-08-16T16:51:00Z</dcterms:created>
  <dcterms:modified xsi:type="dcterms:W3CDTF">2026-08-22T17:01:00Z</dcterms:modified>
</cp:coreProperties>
</file>